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6DE464" w14:textId="7D0DFC4D" w:rsidR="007C5A14" w:rsidRPr="007C5A14" w:rsidRDefault="007C5A14" w:rsidP="007C5A14">
      <w:pPr>
        <w:spacing w:after="0"/>
        <w:jc w:val="center"/>
        <w:rPr>
          <w:b/>
          <w:bCs/>
          <w:color w:val="548DD4" w:themeColor="text2" w:themeTint="99"/>
          <w:sz w:val="28"/>
          <w:szCs w:val="28"/>
        </w:rPr>
      </w:pPr>
      <w:r w:rsidRPr="007C5A14">
        <w:rPr>
          <w:b/>
          <w:bCs/>
          <w:color w:val="548DD4" w:themeColor="text2" w:themeTint="99"/>
          <w:sz w:val="28"/>
          <w:szCs w:val="28"/>
        </w:rPr>
        <w:t>Private Living &amp; Sovereign Soul Trust Declaration</w:t>
      </w:r>
    </w:p>
    <w:p w14:paraId="0CC513A3" w14:textId="206FA2BB" w:rsidR="00047625" w:rsidRDefault="00000000" w:rsidP="00047625">
      <w:pPr>
        <w:spacing w:after="0" w:line="240" w:lineRule="auto"/>
        <w:jc w:val="center"/>
        <w:rPr>
          <w:i/>
        </w:rPr>
      </w:pPr>
      <w:r>
        <w:rPr>
          <w:i/>
        </w:rPr>
        <w:t>Establishing Divine Stewardship &amp; Self-Governance Under Natural Law</w:t>
      </w:r>
    </w:p>
    <w:p w14:paraId="2BD0D25D" w14:textId="77777777" w:rsidR="00047625" w:rsidRPr="00047625" w:rsidRDefault="00047625" w:rsidP="00047625">
      <w:pPr>
        <w:spacing w:after="0" w:line="240" w:lineRule="auto"/>
        <w:rPr>
          <w:iCs/>
        </w:rPr>
      </w:pPr>
    </w:p>
    <w:p w14:paraId="05230AF0" w14:textId="7BE51CEB" w:rsidR="005E4ACC" w:rsidRDefault="00000000">
      <w:r w:rsidRPr="00CD64B6">
        <w:rPr>
          <w:b/>
          <w:bCs/>
        </w:rPr>
        <w:t>Trust Name:</w:t>
      </w:r>
      <w:r>
        <w:t xml:space="preserve"> </w:t>
      </w:r>
      <w:r w:rsidR="00A24FA5">
        <w:t>___________________________________________________</w:t>
      </w:r>
    </w:p>
    <w:p w14:paraId="2C6741CD" w14:textId="1F935D95" w:rsidR="005E4ACC" w:rsidRDefault="00000000">
      <w:r w:rsidRPr="00CD64B6">
        <w:rPr>
          <w:b/>
          <w:bCs/>
        </w:rPr>
        <w:t>Trustee:</w:t>
      </w:r>
      <w:r w:rsidR="00A24FA5">
        <w:rPr>
          <w:b/>
          <w:bCs/>
        </w:rPr>
        <w:t xml:space="preserve"> _________________________________________________________</w:t>
      </w:r>
      <w:r>
        <w:t xml:space="preserve"> </w:t>
      </w:r>
    </w:p>
    <w:p w14:paraId="10541A2F" w14:textId="61066EA4" w:rsidR="005E4ACC" w:rsidRDefault="00000000">
      <w:r w:rsidRPr="00CD64B6">
        <w:rPr>
          <w:b/>
          <w:bCs/>
        </w:rPr>
        <w:t>Grantor &amp; Beneficiary:</w:t>
      </w:r>
      <w:r>
        <w:t xml:space="preserve"> </w:t>
      </w:r>
      <w:r w:rsidR="00A24FA5">
        <w:t>_______________________________________</w:t>
      </w:r>
      <w:r w:rsidR="006C01D9">
        <w:t xml:space="preserve"> </w:t>
      </w:r>
      <w:r w:rsidR="00FF47EE">
        <w:t>an Eternal Living Soul and Divine Originator</w:t>
      </w:r>
    </w:p>
    <w:p w14:paraId="057D4635" w14:textId="0291D81E" w:rsidR="00047625" w:rsidRPr="00FF47EE" w:rsidRDefault="00452E07" w:rsidP="007C5A14">
      <w:pPr>
        <w:spacing w:after="120"/>
      </w:pPr>
      <w:r>
        <w:rPr>
          <w:noProof/>
        </w:rPr>
        <w:drawing>
          <wp:anchor distT="0" distB="0" distL="114300" distR="114300" simplePos="0" relativeHeight="251656192" behindDoc="1" locked="0" layoutInCell="1" allowOverlap="1" wp14:anchorId="79121AE2" wp14:editId="469E5879">
            <wp:simplePos x="0" y="0"/>
            <wp:positionH relativeFrom="column">
              <wp:posOffset>1237615</wp:posOffset>
            </wp:positionH>
            <wp:positionV relativeFrom="paragraph">
              <wp:posOffset>255270</wp:posOffset>
            </wp:positionV>
            <wp:extent cx="4524375" cy="4524375"/>
            <wp:effectExtent l="0" t="0" r="0" b="0"/>
            <wp:wrapNone/>
            <wp:docPr id="327449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449242" name="Picture 327449242"/>
                    <pic:cNvPicPr/>
                  </pic:nvPicPr>
                  <pic:blipFill>
                    <a:blip r:embed="rId8">
                      <a:alphaModFix amt="35000"/>
                    </a:blip>
                    <a:stretch>
                      <a:fillRect/>
                    </a:stretch>
                  </pic:blipFill>
                  <pic:spPr>
                    <a:xfrm>
                      <a:off x="0" y="0"/>
                      <a:ext cx="4524375" cy="4524375"/>
                    </a:xfrm>
                    <a:prstGeom prst="rect">
                      <a:avLst/>
                    </a:prstGeom>
                  </pic:spPr>
                </pic:pic>
              </a:graphicData>
            </a:graphic>
            <wp14:sizeRelH relativeFrom="page">
              <wp14:pctWidth>0</wp14:pctWidth>
            </wp14:sizeRelH>
            <wp14:sizeRelV relativeFrom="page">
              <wp14:pctHeight>0</wp14:pctHeight>
            </wp14:sizeRelV>
          </wp:anchor>
        </w:drawing>
      </w:r>
      <w:r w:rsidRPr="00CD64B6">
        <w:rPr>
          <w:b/>
          <w:bCs/>
        </w:rPr>
        <w:t>Date of Declaration:</w:t>
      </w:r>
      <w:r>
        <w:t xml:space="preserve"> </w:t>
      </w:r>
      <w:r w:rsidR="00FF47EE">
        <w:rPr>
          <w:b/>
          <w:bCs/>
        </w:rPr>
        <w:t>PRESENT MOMENT</w:t>
      </w:r>
    </w:p>
    <w:p w14:paraId="31FB1D85" w14:textId="6CA3BE61" w:rsidR="005E4ACC" w:rsidRPr="00047625" w:rsidRDefault="00000000" w:rsidP="00730641">
      <w:pPr>
        <w:spacing w:after="0" w:line="240" w:lineRule="auto"/>
        <w:rPr>
          <w:b/>
          <w:bCs/>
          <w:sz w:val="26"/>
          <w:szCs w:val="26"/>
        </w:rPr>
      </w:pPr>
      <w:r>
        <w:br/>
      </w:r>
      <w:r w:rsidRPr="007C5A14">
        <w:rPr>
          <w:b/>
          <w:bCs/>
          <w:color w:val="548DD4" w:themeColor="text2" w:themeTint="99"/>
          <w:sz w:val="26"/>
          <w:szCs w:val="26"/>
        </w:rPr>
        <w:t>Preamble:</w:t>
      </w:r>
    </w:p>
    <w:p w14:paraId="09A84EFC" w14:textId="3A6DD4E8" w:rsidR="00047625" w:rsidRDefault="00000000" w:rsidP="007C5A14">
      <w:pPr>
        <w:spacing w:after="120"/>
        <w:rPr>
          <w:b/>
          <w:bCs/>
        </w:rPr>
      </w:pPr>
      <w:r w:rsidRPr="008F5A4C">
        <w:rPr>
          <w:b/>
          <w:bCs/>
        </w:rPr>
        <w:t>I</w:t>
      </w:r>
      <w:r w:rsidR="008F5A4C">
        <w:rPr>
          <w:b/>
          <w:bCs/>
        </w:rPr>
        <w:t xml:space="preserve">, </w:t>
      </w:r>
      <w:r w:rsidRPr="008F5A4C">
        <w:rPr>
          <w:b/>
          <w:bCs/>
          <w:i/>
          <w:iCs/>
        </w:rPr>
        <w:t>a</w:t>
      </w:r>
      <w:r>
        <w:t xml:space="preserve"> </w:t>
      </w:r>
      <w:r w:rsidRPr="008F5A4C">
        <w:rPr>
          <w:b/>
          <w:bCs/>
          <w:i/>
          <w:iCs/>
        </w:rPr>
        <w:t xml:space="preserve">living, breathing, </w:t>
      </w:r>
      <w:r w:rsidR="008F5A4C">
        <w:rPr>
          <w:b/>
          <w:bCs/>
          <w:i/>
          <w:iCs/>
        </w:rPr>
        <w:t>S</w:t>
      </w:r>
      <w:r w:rsidRPr="008F5A4C">
        <w:rPr>
          <w:b/>
          <w:bCs/>
          <w:i/>
          <w:iCs/>
        </w:rPr>
        <w:t xml:space="preserve">entient </w:t>
      </w:r>
      <w:r w:rsidR="008F5A4C">
        <w:rPr>
          <w:b/>
          <w:bCs/>
          <w:i/>
          <w:iCs/>
        </w:rPr>
        <w:t>S</w:t>
      </w:r>
      <w:r w:rsidRPr="008F5A4C">
        <w:rPr>
          <w:b/>
          <w:bCs/>
          <w:i/>
          <w:iCs/>
        </w:rPr>
        <w:t>oul born of Source</w:t>
      </w:r>
      <w:r>
        <w:t xml:space="preserve">, hereby establish this </w:t>
      </w:r>
      <w:r w:rsidRPr="008F5A4C">
        <w:rPr>
          <w:b/>
          <w:bCs/>
        </w:rPr>
        <w:t>Private Living and Sovereign Soul Trust</w:t>
      </w:r>
      <w:r>
        <w:t xml:space="preserve"> as a </w:t>
      </w:r>
      <w:r w:rsidRPr="008F5A4C">
        <w:rPr>
          <w:b/>
          <w:bCs/>
          <w:i/>
          <w:iCs/>
        </w:rPr>
        <w:t xml:space="preserve">vessel of </w:t>
      </w:r>
      <w:r w:rsidR="008F5A4C" w:rsidRPr="008F5A4C">
        <w:rPr>
          <w:b/>
          <w:bCs/>
          <w:i/>
          <w:iCs/>
        </w:rPr>
        <w:t>d</w:t>
      </w:r>
      <w:r w:rsidRPr="008F5A4C">
        <w:rPr>
          <w:b/>
          <w:bCs/>
          <w:i/>
          <w:iCs/>
        </w:rPr>
        <w:t xml:space="preserve">ivine </w:t>
      </w:r>
      <w:r w:rsidR="008F5A4C" w:rsidRPr="008F5A4C">
        <w:rPr>
          <w:b/>
          <w:bCs/>
          <w:i/>
          <w:iCs/>
        </w:rPr>
        <w:t>s</w:t>
      </w:r>
      <w:r w:rsidRPr="008F5A4C">
        <w:rPr>
          <w:b/>
          <w:bCs/>
          <w:i/>
          <w:iCs/>
        </w:rPr>
        <w:t>tewardship, protection, and sacred administration</w:t>
      </w:r>
      <w:r>
        <w:t xml:space="preserve"> of all that I am, own, create, and become. I act as both </w:t>
      </w:r>
      <w:r w:rsidRPr="008F5A4C">
        <w:rPr>
          <w:b/>
          <w:bCs/>
        </w:rPr>
        <w:t>Grantor and Trustee</w:t>
      </w:r>
      <w:r>
        <w:t xml:space="preserve">, in </w:t>
      </w:r>
      <w:r w:rsidR="00AD2732">
        <w:t>divine alignment</w:t>
      </w:r>
      <w:r>
        <w:t xml:space="preserve"> with </w:t>
      </w:r>
      <w:r w:rsidRPr="008F5A4C">
        <w:rPr>
          <w:b/>
          <w:bCs/>
          <w:i/>
          <w:iCs/>
        </w:rPr>
        <w:t>natural law, divine order, and the twelve universal laws I embody</w:t>
      </w:r>
      <w:r>
        <w:t>. This</w:t>
      </w:r>
      <w:r w:rsidRPr="008F5A4C">
        <w:rPr>
          <w:b/>
          <w:bCs/>
        </w:rPr>
        <w:t xml:space="preserve"> trust operates solely in the private, under spiritual jurisdiction, and not subject to corporate statutes or foreign authorities.</w:t>
      </w:r>
    </w:p>
    <w:p w14:paraId="18EAE0F5" w14:textId="4CC46668" w:rsidR="005E4ACC" w:rsidRPr="00047625" w:rsidRDefault="00000000" w:rsidP="00730641">
      <w:pPr>
        <w:spacing w:after="0" w:line="240" w:lineRule="auto"/>
        <w:rPr>
          <w:b/>
          <w:bCs/>
          <w:color w:val="548DD4" w:themeColor="text2" w:themeTint="99"/>
          <w:sz w:val="26"/>
          <w:szCs w:val="26"/>
        </w:rPr>
      </w:pPr>
      <w:r>
        <w:br/>
      </w:r>
      <w:r w:rsidRPr="007C5A14">
        <w:rPr>
          <w:b/>
          <w:bCs/>
          <w:color w:val="548DD4" w:themeColor="text2" w:themeTint="99"/>
          <w:sz w:val="26"/>
          <w:szCs w:val="26"/>
        </w:rPr>
        <w:t>Purpose of the Trust:</w:t>
      </w:r>
    </w:p>
    <w:p w14:paraId="05C4CE74" w14:textId="64014103" w:rsidR="00047625" w:rsidRDefault="00000000" w:rsidP="00130F25">
      <w:pPr>
        <w:spacing w:after="0"/>
        <w:rPr>
          <w:b/>
          <w:bCs/>
          <w:i/>
          <w:iCs/>
        </w:rPr>
      </w:pPr>
      <w:r>
        <w:t xml:space="preserve">To safeguard </w:t>
      </w:r>
      <w:r w:rsidRPr="00047625">
        <w:rPr>
          <w:b/>
          <w:bCs/>
        </w:rPr>
        <w:t xml:space="preserve">my divine name, energy, property, spiritual creations, sacred vehicle, Bliss Currency Oneness, and soul inheritance </w:t>
      </w:r>
      <w:r w:rsidRPr="00047625">
        <w:t>f</w:t>
      </w:r>
      <w:r>
        <w:t xml:space="preserve">or my highest good and the good of all life. This </w:t>
      </w:r>
      <w:r w:rsidRPr="00047625">
        <w:rPr>
          <w:b/>
          <w:bCs/>
        </w:rPr>
        <w:t>Trust</w:t>
      </w:r>
      <w:r>
        <w:t xml:space="preserve"> serves the restoration of </w:t>
      </w:r>
      <w:r w:rsidRPr="00047625">
        <w:rPr>
          <w:b/>
          <w:bCs/>
        </w:rPr>
        <w:t>Heaven on Earth, the upliftment of humanity, and the expression of my divine</w:t>
      </w:r>
      <w:r>
        <w:t xml:space="preserve"> will through </w:t>
      </w:r>
      <w:r w:rsidRPr="00047625">
        <w:rPr>
          <w:b/>
          <w:bCs/>
          <w:i/>
          <w:iCs/>
        </w:rPr>
        <w:t>sovereign self-governance.</w:t>
      </w:r>
    </w:p>
    <w:p w14:paraId="6A30FB80" w14:textId="0B1478A2" w:rsidR="005E4ACC" w:rsidRPr="007C5A14" w:rsidRDefault="00000000" w:rsidP="00730641">
      <w:pPr>
        <w:spacing w:after="0"/>
        <w:rPr>
          <w:b/>
          <w:bCs/>
          <w:i/>
          <w:iCs/>
          <w:color w:val="548DD4" w:themeColor="text2" w:themeTint="99"/>
          <w:sz w:val="26"/>
          <w:szCs w:val="26"/>
        </w:rPr>
      </w:pPr>
      <w:r w:rsidRPr="007C5A14">
        <w:rPr>
          <w:color w:val="548DD4" w:themeColor="text2" w:themeTint="99"/>
        </w:rPr>
        <w:br/>
      </w:r>
      <w:r w:rsidRPr="007C5A14">
        <w:rPr>
          <w:b/>
          <w:bCs/>
          <w:color w:val="548DD4" w:themeColor="text2" w:themeTint="99"/>
          <w:sz w:val="26"/>
          <w:szCs w:val="26"/>
        </w:rPr>
        <w:t>Trust Assets Include (but are not limited to):</w:t>
      </w:r>
    </w:p>
    <w:p w14:paraId="742D42A6" w14:textId="77777777" w:rsidR="005E4ACC" w:rsidRDefault="00000000">
      <w:r>
        <w:t>- My living name, likeness, signature, and voice</w:t>
      </w:r>
    </w:p>
    <w:p w14:paraId="0762E2C1" w14:textId="4721B685" w:rsidR="005E4ACC" w:rsidRDefault="00000000">
      <w:r>
        <w:t>- All creations and their sovereign identification</w:t>
      </w:r>
    </w:p>
    <w:p w14:paraId="77A1B0BF" w14:textId="77777777" w:rsidR="005E4ACC" w:rsidRDefault="00000000">
      <w:r>
        <w:t>- All writings, music, teachings, and intellectual property</w:t>
      </w:r>
    </w:p>
    <w:p w14:paraId="110676CA" w14:textId="4D82CC69" w:rsidR="005E4ACC" w:rsidRDefault="00000000">
      <w:r>
        <w:t>- Bliss Currency Oneness and vibrational exchanges in divine law</w:t>
      </w:r>
    </w:p>
    <w:p w14:paraId="4007F056" w14:textId="4850375C" w:rsidR="005E4ACC" w:rsidRDefault="00000000">
      <w:r>
        <w:t>- My sacred land, home, space, and sovereign digital domains</w:t>
      </w:r>
    </w:p>
    <w:p w14:paraId="0B9BDBA0" w14:textId="77777777" w:rsidR="00047625" w:rsidRDefault="00000000" w:rsidP="00130F25">
      <w:pPr>
        <w:spacing w:after="0"/>
      </w:pPr>
      <w:r>
        <w:t>- All energy, offerings, and soul-based services I share on Earth</w:t>
      </w:r>
    </w:p>
    <w:p w14:paraId="75454E6E" w14:textId="77777777" w:rsidR="005E4ACC" w:rsidRPr="007C5A14" w:rsidRDefault="00000000" w:rsidP="00730641">
      <w:pPr>
        <w:spacing w:after="0"/>
        <w:rPr>
          <w:b/>
          <w:bCs/>
          <w:color w:val="548DD4" w:themeColor="text2" w:themeTint="99"/>
          <w:sz w:val="26"/>
          <w:szCs w:val="26"/>
        </w:rPr>
      </w:pPr>
      <w:r>
        <w:br/>
      </w:r>
      <w:r w:rsidRPr="007C5A14">
        <w:rPr>
          <w:b/>
          <w:bCs/>
          <w:color w:val="548DD4" w:themeColor="text2" w:themeTint="99"/>
          <w:sz w:val="26"/>
          <w:szCs w:val="26"/>
        </w:rPr>
        <w:t>Spiritual Law Clause:</w:t>
      </w:r>
    </w:p>
    <w:p w14:paraId="7EDED2D6" w14:textId="4B80391A" w:rsidR="00130F25" w:rsidRDefault="00000000" w:rsidP="00130F25">
      <w:pPr>
        <w:spacing w:after="0"/>
      </w:pPr>
      <w:r>
        <w:t xml:space="preserve">This </w:t>
      </w:r>
      <w:r w:rsidRPr="00047625">
        <w:rPr>
          <w:b/>
          <w:bCs/>
        </w:rPr>
        <w:t>Trust</w:t>
      </w:r>
      <w:r>
        <w:t xml:space="preserve"> is governed solely by </w:t>
      </w:r>
      <w:r w:rsidRPr="00047625">
        <w:rPr>
          <w:b/>
          <w:bCs/>
          <w:i/>
          <w:iCs/>
        </w:rPr>
        <w:t>Divine Law, Cosmic Intelligence, and the Living Will of the Soul.</w:t>
      </w:r>
      <w:r>
        <w:t xml:space="preserve"> It cannot be altered, claimed, or interfered with by any </w:t>
      </w:r>
      <w:r w:rsidRPr="00130F25">
        <w:rPr>
          <w:b/>
          <w:bCs/>
        </w:rPr>
        <w:t>foreign entity, corporate jurisdiction, or artificial authority</w:t>
      </w:r>
      <w:r>
        <w:t xml:space="preserve">. My </w:t>
      </w:r>
      <w:r w:rsidRPr="00130F25">
        <w:rPr>
          <w:b/>
          <w:bCs/>
        </w:rPr>
        <w:t xml:space="preserve">word is </w:t>
      </w:r>
      <w:r w:rsidR="00130F25" w:rsidRPr="00130F25">
        <w:rPr>
          <w:b/>
          <w:bCs/>
        </w:rPr>
        <w:t>bond</w:t>
      </w:r>
      <w:r w:rsidR="00130F25">
        <w:t>;</w:t>
      </w:r>
      <w:r>
        <w:t xml:space="preserve"> </w:t>
      </w:r>
      <w:r w:rsidRPr="00130F25">
        <w:rPr>
          <w:b/>
          <w:bCs/>
        </w:rPr>
        <w:t>my vibration is law</w:t>
      </w:r>
      <w:r>
        <w:t>.</w:t>
      </w:r>
    </w:p>
    <w:p w14:paraId="454B45C4" w14:textId="1F27FA91" w:rsidR="005E4ACC" w:rsidRPr="007C5A14" w:rsidRDefault="006C01D9" w:rsidP="00452E07">
      <w:pPr>
        <w:spacing w:after="120"/>
        <w:jc w:val="right"/>
        <w:rPr>
          <w:b/>
          <w:bCs/>
        </w:rPr>
      </w:pPr>
      <w:r>
        <w:rPr>
          <w:noProof/>
        </w:rPr>
        <w:drawing>
          <wp:anchor distT="0" distB="0" distL="114300" distR="114300" simplePos="0" relativeHeight="251658240" behindDoc="1" locked="0" layoutInCell="1" allowOverlap="1" wp14:anchorId="5CCEC3E1" wp14:editId="5BC4446C">
            <wp:simplePos x="0" y="0"/>
            <wp:positionH relativeFrom="margin">
              <wp:align>left</wp:align>
            </wp:positionH>
            <wp:positionV relativeFrom="paragraph">
              <wp:posOffset>430530</wp:posOffset>
            </wp:positionV>
            <wp:extent cx="1005840" cy="1005840"/>
            <wp:effectExtent l="0" t="0" r="3810" b="3810"/>
            <wp:wrapNone/>
            <wp:docPr id="1647865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865251" name="Picture 1647865251"/>
                    <pic:cNvPicPr/>
                  </pic:nvPicPr>
                  <pic:blipFill>
                    <a:blip r:embed="rId9"/>
                    <a:stretch>
                      <a:fillRect/>
                    </a:stretch>
                  </pic:blipFill>
                  <pic:spPr>
                    <a:xfrm>
                      <a:off x="0" y="0"/>
                      <a:ext cx="1005840" cy="1005840"/>
                    </a:xfrm>
                    <a:prstGeom prst="rect">
                      <a:avLst/>
                    </a:prstGeom>
                  </pic:spPr>
                </pic:pic>
              </a:graphicData>
            </a:graphic>
            <wp14:sizeRelH relativeFrom="margin">
              <wp14:pctWidth>0</wp14:pctWidth>
            </wp14:sizeRelH>
            <wp14:sizeRelV relativeFrom="margin">
              <wp14:pctHeight>0</wp14:pctHeight>
            </wp14:sizeRelV>
          </wp:anchor>
        </w:drawing>
      </w:r>
      <w:r w:rsidR="007C5A14">
        <w:br/>
      </w:r>
      <w:r w:rsidR="007C5A14" w:rsidRPr="007C5A14">
        <w:rPr>
          <w:b/>
          <w:bCs/>
          <w:color w:val="548DD4" w:themeColor="text2" w:themeTint="99"/>
          <w:sz w:val="26"/>
          <w:szCs w:val="26"/>
        </w:rPr>
        <w:t>Signature &amp; Seal:</w:t>
      </w:r>
    </w:p>
    <w:p w14:paraId="73C04AF0" w14:textId="13D7C1F2" w:rsidR="005E4ACC" w:rsidRDefault="007C5A14" w:rsidP="007C5A14">
      <w:pPr>
        <w:spacing w:after="120" w:line="240" w:lineRule="auto"/>
        <w:jc w:val="center"/>
      </w:pPr>
      <w:r>
        <w:rPr>
          <w:b/>
          <w:bCs/>
        </w:rPr>
        <w:t xml:space="preserve">                                                                                                          </w:t>
      </w:r>
      <w:r w:rsidRPr="00130F25">
        <w:rPr>
          <w:b/>
          <w:bCs/>
        </w:rPr>
        <w:t>Signed:</w:t>
      </w:r>
      <w:r w:rsidR="00FF47EE">
        <w:rPr>
          <w:b/>
          <w:bCs/>
        </w:rPr>
        <w:t xml:space="preserve">        </w:t>
      </w:r>
      <w:r>
        <w:t xml:space="preserve"> </w:t>
      </w:r>
    </w:p>
    <w:p w14:paraId="12B18FFA" w14:textId="43CC7A4C" w:rsidR="006C01D9" w:rsidRDefault="006C01D9" w:rsidP="006C01D9">
      <w:pPr>
        <w:spacing w:after="120" w:line="240" w:lineRule="auto"/>
        <w:jc w:val="center"/>
        <w:rPr>
          <w:b/>
          <w:bCs/>
        </w:rPr>
      </w:pPr>
      <w:r>
        <w:rPr>
          <w:b/>
          <w:bCs/>
        </w:rPr>
        <w:t xml:space="preserve">                                                                                </w:t>
      </w:r>
      <w:r w:rsidRPr="00130F25">
        <w:rPr>
          <w:b/>
          <w:bCs/>
        </w:rPr>
        <w:t>Full Spiritual Name:</w:t>
      </w:r>
      <w:r w:rsidR="00FF47EE">
        <w:rPr>
          <w:b/>
          <w:bCs/>
        </w:rPr>
        <w:t xml:space="preserve">             </w:t>
      </w:r>
    </w:p>
    <w:p w14:paraId="4EFAC559" w14:textId="15660C6C" w:rsidR="005E4ACC" w:rsidRPr="00FF47EE" w:rsidRDefault="006C01D9" w:rsidP="006C01D9">
      <w:pPr>
        <w:spacing w:after="120" w:line="240" w:lineRule="auto"/>
      </w:pPr>
      <w:r>
        <w:rPr>
          <w:b/>
          <w:bCs/>
        </w:rPr>
        <w:t xml:space="preserve">                                                                                                                                                    </w:t>
      </w:r>
      <w:r w:rsidR="000206A1">
        <w:rPr>
          <w:b/>
          <w:bCs/>
        </w:rPr>
        <w:t xml:space="preserve"> </w:t>
      </w:r>
      <w:r w:rsidR="000206A1" w:rsidRPr="00130F25">
        <w:rPr>
          <w:b/>
          <w:bCs/>
        </w:rPr>
        <w:t>Title/Role</w:t>
      </w:r>
      <w:r w:rsidR="00130F25" w:rsidRPr="00130F25">
        <w:rPr>
          <w:b/>
          <w:bCs/>
        </w:rPr>
        <w:t>:</w:t>
      </w:r>
      <w:r w:rsidR="000206A1">
        <w:t xml:space="preserve"> </w:t>
      </w:r>
    </w:p>
    <w:p w14:paraId="0571C7FE" w14:textId="1A115681" w:rsidR="005E4ACC" w:rsidRPr="00FF47EE" w:rsidRDefault="00000000" w:rsidP="00130F25">
      <w:pPr>
        <w:jc w:val="right"/>
      </w:pPr>
      <w:r w:rsidRPr="00130F25">
        <w:rPr>
          <w:b/>
          <w:bCs/>
        </w:rPr>
        <w:t>Date of Proclamation:</w:t>
      </w:r>
      <w:r>
        <w:t xml:space="preserve"> </w:t>
      </w:r>
      <w:r w:rsidR="00FF47EE">
        <w:t xml:space="preserve">          </w:t>
      </w:r>
      <w:r w:rsidR="00FF47EE">
        <w:rPr>
          <w:b/>
          <w:bCs/>
        </w:rPr>
        <w:t>PRESENT MOMENT</w:t>
      </w:r>
    </w:p>
    <w:sectPr w:rsidR="005E4ACC" w:rsidRPr="00FF47EE" w:rsidSect="00F5700C">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100EE" w14:textId="77777777" w:rsidR="009C3105" w:rsidRDefault="009C3105" w:rsidP="007C5A14">
      <w:pPr>
        <w:spacing w:after="0" w:line="240" w:lineRule="auto"/>
      </w:pPr>
      <w:r>
        <w:separator/>
      </w:r>
    </w:p>
  </w:endnote>
  <w:endnote w:type="continuationSeparator" w:id="0">
    <w:p w14:paraId="43B96C80" w14:textId="77777777" w:rsidR="009C3105" w:rsidRDefault="009C3105" w:rsidP="007C5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C2F25" w14:textId="55B5676D" w:rsidR="007C5A14" w:rsidRPr="007C5A14" w:rsidRDefault="007C5A14" w:rsidP="007C5A14">
    <w:pPr>
      <w:pStyle w:val="Footer"/>
      <w:jc w:val="center"/>
      <w:rPr>
        <w:b/>
        <w:bCs/>
        <w:i/>
        <w:iCs/>
        <w:sz w:val="18"/>
        <w:szCs w:val="18"/>
      </w:rPr>
    </w:pPr>
    <w:r w:rsidRPr="007C5A14">
      <w:rPr>
        <w:b/>
        <w:bCs/>
        <w:i/>
        <w:iCs/>
        <w:sz w:val="18"/>
        <w:szCs w:val="18"/>
      </w:rPr>
      <w:t>“This document is protected by Divine Law and the jurisdiction of the Sovereign Soul. No false claim, interference, or rebuttal shall stand against it. My word is bond. My vibration is law.”</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5D445" w14:textId="77777777" w:rsidR="009C3105" w:rsidRDefault="009C3105" w:rsidP="007C5A14">
      <w:pPr>
        <w:spacing w:after="0" w:line="240" w:lineRule="auto"/>
      </w:pPr>
      <w:r>
        <w:separator/>
      </w:r>
    </w:p>
  </w:footnote>
  <w:footnote w:type="continuationSeparator" w:id="0">
    <w:p w14:paraId="422BA797" w14:textId="77777777" w:rsidR="009C3105" w:rsidRDefault="009C3105" w:rsidP="007C5A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69931165">
    <w:abstractNumId w:val="8"/>
  </w:num>
  <w:num w:numId="2" w16cid:durableId="1354845167">
    <w:abstractNumId w:val="6"/>
  </w:num>
  <w:num w:numId="3" w16cid:durableId="1504203686">
    <w:abstractNumId w:val="5"/>
  </w:num>
  <w:num w:numId="4" w16cid:durableId="1634755552">
    <w:abstractNumId w:val="4"/>
  </w:num>
  <w:num w:numId="5" w16cid:durableId="1564870226">
    <w:abstractNumId w:val="7"/>
  </w:num>
  <w:num w:numId="6" w16cid:durableId="922449476">
    <w:abstractNumId w:val="3"/>
  </w:num>
  <w:num w:numId="7" w16cid:durableId="745610156">
    <w:abstractNumId w:val="2"/>
  </w:num>
  <w:num w:numId="8" w16cid:durableId="420613341">
    <w:abstractNumId w:val="1"/>
  </w:num>
  <w:num w:numId="9" w16cid:durableId="601498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06A1"/>
    <w:rsid w:val="00034616"/>
    <w:rsid w:val="00047625"/>
    <w:rsid w:val="0006063C"/>
    <w:rsid w:val="00130F25"/>
    <w:rsid w:val="0015074B"/>
    <w:rsid w:val="0027783A"/>
    <w:rsid w:val="0029639D"/>
    <w:rsid w:val="00326F90"/>
    <w:rsid w:val="003C099D"/>
    <w:rsid w:val="00450B59"/>
    <w:rsid w:val="00452E07"/>
    <w:rsid w:val="005E4ACC"/>
    <w:rsid w:val="006A6BF4"/>
    <w:rsid w:val="006C01D9"/>
    <w:rsid w:val="00730641"/>
    <w:rsid w:val="007B23E3"/>
    <w:rsid w:val="007C5A14"/>
    <w:rsid w:val="00886520"/>
    <w:rsid w:val="008F5A4C"/>
    <w:rsid w:val="00974CF2"/>
    <w:rsid w:val="009C3105"/>
    <w:rsid w:val="00A24FA5"/>
    <w:rsid w:val="00AA1D8D"/>
    <w:rsid w:val="00AD2732"/>
    <w:rsid w:val="00B47730"/>
    <w:rsid w:val="00CB0664"/>
    <w:rsid w:val="00CD64B6"/>
    <w:rsid w:val="00CD7952"/>
    <w:rsid w:val="00D17C73"/>
    <w:rsid w:val="00DB1D59"/>
    <w:rsid w:val="00F1011C"/>
    <w:rsid w:val="00F5700C"/>
    <w:rsid w:val="00FC693F"/>
    <w:rsid w:val="00FF47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741205"/>
  <w14:defaultImageDpi w14:val="300"/>
  <w15:docId w15:val="{28FE58FC-8900-422D-8F34-109C8294C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358</Words>
  <Characters>2043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Irma Mccoy</cp:lastModifiedBy>
  <cp:revision>4</cp:revision>
  <cp:lastPrinted>2025-06-07T20:07:00Z</cp:lastPrinted>
  <dcterms:created xsi:type="dcterms:W3CDTF">2025-06-07T20:11:00Z</dcterms:created>
  <dcterms:modified xsi:type="dcterms:W3CDTF">2025-06-18T22:58:00Z</dcterms:modified>
  <cp:category/>
</cp:coreProperties>
</file>