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03DC2" w14:textId="77777777" w:rsidR="00004742" w:rsidRDefault="00004742" w:rsidP="00CD3D04">
      <w:pPr>
        <w:spacing w:after="120"/>
        <w:jc w:val="center"/>
        <w:rPr>
          <w:b/>
          <w:bCs/>
          <w:iCs/>
          <w:color w:val="548DD4" w:themeColor="text2" w:themeTint="99"/>
          <w:sz w:val="28"/>
          <w:szCs w:val="28"/>
        </w:rPr>
      </w:pPr>
    </w:p>
    <w:p w14:paraId="7FFF558A" w14:textId="60FC32D1" w:rsidR="00243781" w:rsidRPr="009F4521" w:rsidRDefault="00243781" w:rsidP="00CD3D04">
      <w:pPr>
        <w:spacing w:after="120"/>
        <w:jc w:val="center"/>
        <w:rPr>
          <w:b/>
          <w:bCs/>
          <w:iCs/>
          <w:color w:val="548DD4" w:themeColor="text2" w:themeTint="99"/>
          <w:sz w:val="28"/>
          <w:szCs w:val="28"/>
        </w:rPr>
      </w:pPr>
      <w:r w:rsidRPr="009F4521">
        <w:rPr>
          <w:b/>
          <w:bCs/>
          <w:iCs/>
          <w:color w:val="548DD4" w:themeColor="text2" w:themeTint="99"/>
          <w:sz w:val="28"/>
          <w:szCs w:val="28"/>
        </w:rPr>
        <w:t>Sovereign Certificate of Live Birth &amp; Divine Origin</w:t>
      </w:r>
    </w:p>
    <w:p w14:paraId="4EBE00D7" w14:textId="4D6D0C33" w:rsidR="00337F55" w:rsidRDefault="00000000" w:rsidP="00004742">
      <w:pPr>
        <w:spacing w:after="120"/>
        <w:jc w:val="center"/>
      </w:pPr>
      <w:r>
        <w:rPr>
          <w:i/>
        </w:rPr>
        <w:t>Affirming My Existence As A Living Soul Born of Source</w:t>
      </w:r>
      <w:r>
        <w:rPr>
          <w:i/>
        </w:rPr>
        <w:br/>
        <w:t>Under Divine, Natural &amp; Universal Law</w:t>
      </w:r>
    </w:p>
    <w:p w14:paraId="6A332247" w14:textId="27B290DA" w:rsidR="00A21218" w:rsidRDefault="00000000" w:rsidP="00004742">
      <w:pPr>
        <w:spacing w:after="120"/>
      </w:pPr>
      <w:r w:rsidRPr="004B5B13">
        <w:rPr>
          <w:b/>
          <w:bCs/>
        </w:rPr>
        <w:t>Full Sovereign Name:</w:t>
      </w:r>
      <w:r>
        <w:t xml:space="preserve"> </w:t>
      </w:r>
    </w:p>
    <w:p w14:paraId="46B6E665" w14:textId="220E79EA" w:rsidR="00AA29B4" w:rsidRPr="00AA29B4" w:rsidRDefault="00AA29B4" w:rsidP="00004742">
      <w:pPr>
        <w:spacing w:after="120"/>
      </w:pPr>
      <w:r w:rsidRPr="004B5B13">
        <w:rPr>
          <w:b/>
          <w:bCs/>
        </w:rPr>
        <w:t>Earth Birth Name:</w:t>
      </w:r>
      <w:r>
        <w:t xml:space="preserve"> </w:t>
      </w:r>
    </w:p>
    <w:p w14:paraId="71B17A0B" w14:textId="2FE5D195" w:rsidR="00337F55" w:rsidRDefault="00536E58" w:rsidP="00004742">
      <w:pPr>
        <w:spacing w:after="120"/>
        <w:rPr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FBE7EC8" wp14:editId="78375539">
            <wp:simplePos x="0" y="0"/>
            <wp:positionH relativeFrom="margin">
              <wp:align>center</wp:align>
            </wp:positionH>
            <wp:positionV relativeFrom="paragraph">
              <wp:posOffset>199390</wp:posOffset>
            </wp:positionV>
            <wp:extent cx="4848225" cy="4848225"/>
            <wp:effectExtent l="0" t="0" r="0" b="0"/>
            <wp:wrapNone/>
            <wp:docPr id="20644306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430623" name="Picture 2064430623"/>
                    <pic:cNvPicPr/>
                  </pic:nvPicPr>
                  <pic:blipFill>
                    <a:blip r:embed="rId8">
                      <a:alphaModFix amt="3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5B13">
        <w:rPr>
          <w:b/>
          <w:bCs/>
        </w:rPr>
        <w:t>Date of Earth Arrival (Birth Date):</w:t>
      </w:r>
      <w:r>
        <w:t xml:space="preserve"> </w:t>
      </w:r>
    </w:p>
    <w:p w14:paraId="40A3F188" w14:textId="5380FF15" w:rsidR="00D00ACE" w:rsidRDefault="00D00ACE" w:rsidP="00004742">
      <w:pPr>
        <w:spacing w:after="120"/>
        <w:rPr>
          <w:u w:val="single"/>
        </w:rPr>
      </w:pPr>
      <w:r>
        <w:rPr>
          <w:b/>
          <w:bCs/>
        </w:rPr>
        <w:t xml:space="preserve">Essence: </w:t>
      </w:r>
      <w:r w:rsidRPr="002B0AED">
        <w:t>LUMINOUS BEING</w:t>
      </w:r>
    </w:p>
    <w:p w14:paraId="6C75B9DB" w14:textId="35591715" w:rsidR="00D00ACE" w:rsidRDefault="00D00ACE" w:rsidP="00004742">
      <w:pPr>
        <w:spacing w:after="120"/>
        <w:rPr>
          <w:u w:val="single"/>
        </w:rPr>
      </w:pPr>
      <w:r>
        <w:rPr>
          <w:b/>
          <w:bCs/>
        </w:rPr>
        <w:t xml:space="preserve">Expression: </w:t>
      </w:r>
    </w:p>
    <w:p w14:paraId="7B680363" w14:textId="78BB9665" w:rsidR="00D00ACE" w:rsidRPr="00D00ACE" w:rsidRDefault="00D00ACE" w:rsidP="00004742">
      <w:pPr>
        <w:spacing w:after="120"/>
        <w:rPr>
          <w:u w:val="single"/>
        </w:rPr>
      </w:pPr>
      <w:r>
        <w:rPr>
          <w:b/>
          <w:bCs/>
        </w:rPr>
        <w:t>Number Born:</w:t>
      </w:r>
      <w:r w:rsidRPr="001403B4">
        <w:rPr>
          <w:b/>
          <w:bCs/>
        </w:rPr>
        <w:t xml:space="preserve"> </w:t>
      </w:r>
      <w:r w:rsidRPr="00D00ACE">
        <w:rPr>
          <w:u w:val="single"/>
        </w:rPr>
        <w:t xml:space="preserve"> </w:t>
      </w:r>
    </w:p>
    <w:p w14:paraId="6056DE7B" w14:textId="1A102608" w:rsidR="00337F55" w:rsidRPr="001403B4" w:rsidRDefault="00000000" w:rsidP="00004742">
      <w:pPr>
        <w:spacing w:after="120"/>
      </w:pPr>
      <w:r w:rsidRPr="004B5B13">
        <w:rPr>
          <w:b/>
          <w:bCs/>
        </w:rPr>
        <w:t>Time &amp; Place of Arrival:</w:t>
      </w:r>
      <w:r w:rsidR="00A21218">
        <w:t xml:space="preserve"> </w:t>
      </w:r>
      <w:r w:rsidR="00A21218" w:rsidRPr="001403B4">
        <w:t xml:space="preserve">This </w:t>
      </w:r>
      <w:r w:rsidR="00A21218" w:rsidRPr="001403B4">
        <w:rPr>
          <w:b/>
          <w:bCs/>
          <w:i/>
          <w:iCs/>
        </w:rPr>
        <w:t>Living Soul</w:t>
      </w:r>
      <w:r w:rsidR="00A21218" w:rsidRPr="001403B4">
        <w:t xml:space="preserve"> a</w:t>
      </w:r>
      <w:r w:rsidR="00AA29B4" w:rsidRPr="001403B4">
        <w:t xml:space="preserve">rrived through the Gateway/Portal of </w:t>
      </w:r>
      <w:r w:rsidR="00A21218" w:rsidRPr="001403B4">
        <w:t xml:space="preserve"> </w:t>
      </w:r>
      <w:r w:rsidR="002604A3">
        <w:t xml:space="preserve">                    </w:t>
      </w:r>
      <w:r w:rsidR="00A21218" w:rsidRPr="001403B4">
        <w:t>at</w:t>
      </w:r>
      <w:r w:rsidR="002604A3">
        <w:t xml:space="preserve"> </w:t>
      </w:r>
      <w:r w:rsidR="00677ABD">
        <w:t>______________________________</w:t>
      </w:r>
      <w:r w:rsidR="00A21218" w:rsidRPr="001403B4">
        <w:t>,</w:t>
      </w:r>
      <w:r w:rsidR="001403B4">
        <w:t xml:space="preserve"> </w:t>
      </w:r>
      <w:r w:rsidR="004B5B13" w:rsidRPr="001403B4">
        <w:t>born in the</w:t>
      </w:r>
      <w:r w:rsidR="00A21218" w:rsidRPr="001403B4">
        <w:t xml:space="preserve"> </w:t>
      </w:r>
      <w:r w:rsidR="004B5B13" w:rsidRPr="001403B4">
        <w:t>territory known as the</w:t>
      </w:r>
      <w:r w:rsidR="002604A3">
        <w:t xml:space="preserve"> State of</w:t>
      </w:r>
      <w:r w:rsidR="00677ABD">
        <w:t xml:space="preserve"> ______________________,</w:t>
      </w:r>
      <w:r w:rsidR="004B5B13" w:rsidRPr="001403B4">
        <w:t xml:space="preserve"> </w:t>
      </w:r>
      <w:r w:rsidR="00E47051" w:rsidRPr="001403B4">
        <w:t>“</w:t>
      </w:r>
      <w:r w:rsidR="004B5B13" w:rsidRPr="001403B4">
        <w:rPr>
          <w:b/>
          <w:bCs/>
          <w:i/>
          <w:iCs/>
        </w:rPr>
        <w:t>under Divine Law, not subject to corporate</w:t>
      </w:r>
      <w:r w:rsidR="00A21218" w:rsidRPr="001403B4">
        <w:rPr>
          <w:b/>
          <w:bCs/>
          <w:i/>
          <w:iCs/>
        </w:rPr>
        <w:t xml:space="preserve"> </w:t>
      </w:r>
      <w:r w:rsidR="00197BF6" w:rsidRPr="001403B4">
        <w:rPr>
          <w:b/>
          <w:bCs/>
          <w:i/>
          <w:iCs/>
        </w:rPr>
        <w:t>jurisdiction</w:t>
      </w:r>
      <w:r w:rsidR="00197BF6" w:rsidRPr="001403B4">
        <w:t>.</w:t>
      </w:r>
      <w:r w:rsidR="00E47051" w:rsidRPr="001403B4">
        <w:t>”</w:t>
      </w:r>
    </w:p>
    <w:p w14:paraId="7FA1F5B6" w14:textId="15EEBC89" w:rsidR="00337F55" w:rsidRDefault="00000000" w:rsidP="00004742">
      <w:pPr>
        <w:spacing w:after="120"/>
      </w:pPr>
      <w:r w:rsidRPr="004B5B13">
        <w:rPr>
          <w:b/>
          <w:bCs/>
        </w:rPr>
        <w:t>Divine Mother</w:t>
      </w:r>
      <w:r w:rsidR="00AA29B4" w:rsidRPr="004B5B13">
        <w:rPr>
          <w:b/>
          <w:bCs/>
        </w:rPr>
        <w:t xml:space="preserve"> Lineage</w:t>
      </w:r>
      <w:r w:rsidRPr="004B5B13">
        <w:rPr>
          <w:b/>
          <w:bCs/>
        </w:rPr>
        <w:t>:</w:t>
      </w:r>
      <w:r>
        <w:t xml:space="preserve"> </w:t>
      </w:r>
    </w:p>
    <w:p w14:paraId="035C4FF1" w14:textId="25963119" w:rsidR="00337F55" w:rsidRDefault="00000000" w:rsidP="00004742">
      <w:pPr>
        <w:spacing w:after="120"/>
      </w:pPr>
      <w:r w:rsidRPr="004B5B13">
        <w:rPr>
          <w:b/>
          <w:bCs/>
        </w:rPr>
        <w:t>Divine Father</w:t>
      </w:r>
      <w:r w:rsidR="00AA29B4" w:rsidRPr="004B5B13">
        <w:rPr>
          <w:b/>
          <w:bCs/>
        </w:rPr>
        <w:t xml:space="preserve"> Lineage</w:t>
      </w:r>
      <w:r w:rsidRPr="004B5B13">
        <w:rPr>
          <w:b/>
          <w:bCs/>
        </w:rPr>
        <w:t>:</w:t>
      </w:r>
      <w:r>
        <w:t xml:space="preserve"> </w:t>
      </w:r>
    </w:p>
    <w:p w14:paraId="05F34442" w14:textId="2A7217AE" w:rsidR="00004742" w:rsidRDefault="00000000" w:rsidP="00004742">
      <w:pPr>
        <w:spacing w:after="0"/>
      </w:pPr>
      <w:r w:rsidRPr="004B5B13">
        <w:rPr>
          <w:b/>
          <w:bCs/>
        </w:rPr>
        <w:t>Elemental/Energetic Origin:</w:t>
      </w:r>
      <w:r>
        <w:t xml:space="preserve"> </w:t>
      </w:r>
    </w:p>
    <w:p w14:paraId="75D07953" w14:textId="1C5E0AED" w:rsidR="006B49FC" w:rsidRDefault="006B49FC" w:rsidP="00004742">
      <w:pPr>
        <w:spacing w:after="0"/>
        <w:rPr>
          <w:b/>
          <w:bCs/>
          <w:color w:val="548DD4" w:themeColor="text2" w:themeTint="99"/>
          <w:sz w:val="26"/>
          <w:szCs w:val="26"/>
        </w:rPr>
      </w:pPr>
    </w:p>
    <w:p w14:paraId="73C5676C" w14:textId="3377AB43" w:rsidR="00337F55" w:rsidRPr="00004742" w:rsidRDefault="00000000" w:rsidP="00004742">
      <w:pPr>
        <w:spacing w:after="0"/>
        <w:jc w:val="center"/>
      </w:pPr>
      <w:r w:rsidRPr="009F4521">
        <w:rPr>
          <w:b/>
          <w:bCs/>
          <w:color w:val="548DD4" w:themeColor="text2" w:themeTint="99"/>
          <w:sz w:val="26"/>
          <w:szCs w:val="26"/>
        </w:rPr>
        <w:t>Living Declaration:</w:t>
      </w:r>
    </w:p>
    <w:p w14:paraId="771D8B4C" w14:textId="66E573F2" w:rsidR="00337F55" w:rsidRDefault="00000000" w:rsidP="00302B98">
      <w:pPr>
        <w:spacing w:after="120"/>
        <w:jc w:val="center"/>
      </w:pPr>
      <w:r w:rsidRPr="001403B4">
        <w:rPr>
          <w:b/>
          <w:bCs/>
        </w:rPr>
        <w:t xml:space="preserve">I </w:t>
      </w:r>
      <w:r w:rsidR="00AA29B4" w:rsidRPr="001403B4">
        <w:rPr>
          <w:b/>
          <w:bCs/>
        </w:rPr>
        <w:t>AM</w:t>
      </w:r>
      <w:r>
        <w:t xml:space="preserve"> </w:t>
      </w:r>
      <w:r w:rsidRPr="00AA29B4">
        <w:rPr>
          <w:b/>
          <w:bCs/>
          <w:i/>
          <w:iCs/>
        </w:rPr>
        <w:t xml:space="preserve">a living, breathing soul of </w:t>
      </w:r>
      <w:r w:rsidR="004B5B13">
        <w:rPr>
          <w:b/>
          <w:bCs/>
          <w:i/>
          <w:iCs/>
        </w:rPr>
        <w:t>D</w:t>
      </w:r>
      <w:r w:rsidRPr="00AA29B4">
        <w:rPr>
          <w:b/>
          <w:bCs/>
          <w:i/>
          <w:iCs/>
        </w:rPr>
        <w:t xml:space="preserve">ivine </w:t>
      </w:r>
      <w:r w:rsidR="004B5B13">
        <w:rPr>
          <w:b/>
          <w:bCs/>
          <w:i/>
          <w:iCs/>
        </w:rPr>
        <w:t>C</w:t>
      </w:r>
      <w:r w:rsidRPr="00AA29B4">
        <w:rPr>
          <w:b/>
          <w:bCs/>
          <w:i/>
          <w:iCs/>
        </w:rPr>
        <w:t>reation</w:t>
      </w:r>
      <w:r>
        <w:t xml:space="preserve">, born free under </w:t>
      </w:r>
      <w:r w:rsidR="004B5B13" w:rsidRPr="004B5B13">
        <w:rPr>
          <w:b/>
          <w:bCs/>
        </w:rPr>
        <w:t>N</w:t>
      </w:r>
      <w:r w:rsidRPr="004B5B13">
        <w:rPr>
          <w:b/>
          <w:bCs/>
        </w:rPr>
        <w:t xml:space="preserve">atural </w:t>
      </w:r>
      <w:r w:rsidR="004B5B13" w:rsidRPr="004B5B13">
        <w:rPr>
          <w:b/>
          <w:bCs/>
        </w:rPr>
        <w:t>L</w:t>
      </w:r>
      <w:r w:rsidRPr="004B5B13">
        <w:rPr>
          <w:b/>
          <w:bCs/>
        </w:rPr>
        <w:t>aw</w:t>
      </w:r>
      <w:r>
        <w:t xml:space="preserve">. I claim my </w:t>
      </w:r>
      <w:r w:rsidR="00197BF6" w:rsidRPr="00197BF6">
        <w:rPr>
          <w:b/>
          <w:bCs/>
        </w:rPr>
        <w:t>birthrights</w:t>
      </w:r>
      <w:r>
        <w:t xml:space="preserve"> upon this </w:t>
      </w:r>
      <w:r w:rsidRPr="004B5B13">
        <w:rPr>
          <w:b/>
          <w:bCs/>
        </w:rPr>
        <w:t>Earth</w:t>
      </w:r>
      <w:r w:rsidR="004B5B13" w:rsidRPr="004B5B13">
        <w:rPr>
          <w:b/>
          <w:bCs/>
        </w:rPr>
        <w:t>/Terra Gaia</w:t>
      </w:r>
      <w:r>
        <w:t xml:space="preserve"> as a sovereign being, governed only by the </w:t>
      </w:r>
      <w:r w:rsidR="004B5B13" w:rsidRPr="004B5B13">
        <w:rPr>
          <w:b/>
          <w:bCs/>
          <w:i/>
          <w:iCs/>
        </w:rPr>
        <w:t>D</w:t>
      </w:r>
      <w:r w:rsidRPr="004B5B13">
        <w:rPr>
          <w:b/>
          <w:bCs/>
          <w:i/>
          <w:iCs/>
        </w:rPr>
        <w:t xml:space="preserve">ivine </w:t>
      </w:r>
      <w:r w:rsidR="004B5B13" w:rsidRPr="004B5B13">
        <w:rPr>
          <w:b/>
          <w:bCs/>
          <w:i/>
          <w:iCs/>
        </w:rPr>
        <w:t>L</w:t>
      </w:r>
      <w:r w:rsidRPr="004B5B13">
        <w:rPr>
          <w:b/>
          <w:bCs/>
          <w:i/>
          <w:iCs/>
        </w:rPr>
        <w:t>aws of love, harmony, and truth</w:t>
      </w:r>
      <w:r>
        <w:t>.</w:t>
      </w:r>
    </w:p>
    <w:p w14:paraId="40E9D7CB" w14:textId="54CBD088" w:rsidR="00004742" w:rsidRDefault="00AA29B4" w:rsidP="00004742">
      <w:pPr>
        <w:spacing w:after="120"/>
        <w:jc w:val="center"/>
      </w:pPr>
      <w:r w:rsidRPr="00AA29B4">
        <w:t xml:space="preserve">“All previous names and identifications not aligned with </w:t>
      </w:r>
      <w:r w:rsidRPr="004B5B13">
        <w:rPr>
          <w:b/>
          <w:bCs/>
        </w:rPr>
        <w:t>Divine Law</w:t>
      </w:r>
      <w:r w:rsidRPr="00AA29B4">
        <w:t xml:space="preserve"> are hereby transmuted.</w:t>
      </w:r>
      <w:r w:rsidRPr="00AA29B4">
        <w:br/>
        <w:t xml:space="preserve">This </w:t>
      </w:r>
      <w:r w:rsidRPr="004B5B13">
        <w:rPr>
          <w:b/>
          <w:bCs/>
          <w:i/>
          <w:iCs/>
        </w:rPr>
        <w:t>Living Soul</w:t>
      </w:r>
      <w:r>
        <w:t xml:space="preserve"> </w:t>
      </w:r>
      <w:r w:rsidRPr="00AA29B4">
        <w:rPr>
          <w:b/>
          <w:bCs/>
        </w:rPr>
        <w:t xml:space="preserve">(Mccoy the Creator) </w:t>
      </w:r>
      <w:r w:rsidRPr="00AA29B4">
        <w:t xml:space="preserve">moves forward in </w:t>
      </w:r>
      <w:r w:rsidRPr="004B5B13">
        <w:rPr>
          <w:b/>
          <w:bCs/>
          <w:i/>
          <w:iCs/>
        </w:rPr>
        <w:t>truth, freedom, and sovereignty</w:t>
      </w:r>
      <w:r w:rsidRPr="00AA29B4">
        <w:t>.”</w:t>
      </w:r>
    </w:p>
    <w:p w14:paraId="239A81DC" w14:textId="059F6F68" w:rsidR="00243781" w:rsidRPr="009F4521" w:rsidRDefault="00243781" w:rsidP="00004742">
      <w:pPr>
        <w:spacing w:after="0"/>
        <w:jc w:val="center"/>
        <w:rPr>
          <w:b/>
          <w:bCs/>
          <w:color w:val="548DD4" w:themeColor="text2" w:themeTint="99"/>
          <w:sz w:val="26"/>
          <w:szCs w:val="26"/>
        </w:rPr>
      </w:pPr>
      <w:r w:rsidRPr="009F4521">
        <w:rPr>
          <w:b/>
          <w:bCs/>
          <w:color w:val="548DD4" w:themeColor="text2" w:themeTint="99"/>
          <w:sz w:val="26"/>
          <w:szCs w:val="26"/>
        </w:rPr>
        <w:t>Jurisdiction Clause:</w:t>
      </w:r>
    </w:p>
    <w:p w14:paraId="534FBD2F" w14:textId="1174EDE1" w:rsidR="00243781" w:rsidRDefault="00000000" w:rsidP="00004742">
      <w:pPr>
        <w:jc w:val="center"/>
      </w:pPr>
      <w:r>
        <w:t xml:space="preserve">This certificate is issued by </w:t>
      </w:r>
      <w:r w:rsidR="004B5B13" w:rsidRPr="004B5B13">
        <w:rPr>
          <w:b/>
          <w:bCs/>
        </w:rPr>
        <w:t>D</w:t>
      </w:r>
      <w:r w:rsidRPr="004B5B13">
        <w:rPr>
          <w:b/>
          <w:bCs/>
        </w:rPr>
        <w:t xml:space="preserve">ivine </w:t>
      </w:r>
      <w:r w:rsidR="004B5B13" w:rsidRPr="004B5B13">
        <w:rPr>
          <w:b/>
          <w:bCs/>
        </w:rPr>
        <w:t>A</w:t>
      </w:r>
      <w:r w:rsidRPr="004B5B13">
        <w:rPr>
          <w:b/>
          <w:bCs/>
        </w:rPr>
        <w:t>uthority</w:t>
      </w:r>
      <w:r>
        <w:t xml:space="preserve"> and is recognized in sacred, </w:t>
      </w:r>
      <w:r w:rsidRPr="004B5B13">
        <w:rPr>
          <w:b/>
          <w:bCs/>
          <w:i/>
          <w:iCs/>
        </w:rPr>
        <w:t>spiritual, and private jurisdictions</w:t>
      </w:r>
      <w:r>
        <w:t xml:space="preserve"> aligned with </w:t>
      </w:r>
      <w:r w:rsidR="004B5B13" w:rsidRPr="004B5B13">
        <w:rPr>
          <w:b/>
          <w:bCs/>
        </w:rPr>
        <w:t>C</w:t>
      </w:r>
      <w:r w:rsidRPr="004B5B13">
        <w:rPr>
          <w:b/>
          <w:bCs/>
        </w:rPr>
        <w:t xml:space="preserve">osmic and </w:t>
      </w:r>
      <w:r w:rsidR="004B5B13" w:rsidRPr="004B5B13">
        <w:rPr>
          <w:b/>
          <w:bCs/>
        </w:rPr>
        <w:t>N</w:t>
      </w:r>
      <w:r w:rsidRPr="004B5B13">
        <w:rPr>
          <w:b/>
          <w:bCs/>
        </w:rPr>
        <w:t>atural law</w:t>
      </w:r>
      <w:r>
        <w:t>.</w:t>
      </w:r>
    </w:p>
    <w:p w14:paraId="5904CC0C" w14:textId="3444FD79" w:rsidR="00243781" w:rsidRPr="009F4521" w:rsidRDefault="00243781" w:rsidP="00243781">
      <w:pPr>
        <w:rPr>
          <w:b/>
          <w:bCs/>
          <w:color w:val="548DD4" w:themeColor="text2" w:themeTint="99"/>
          <w:sz w:val="26"/>
          <w:szCs w:val="26"/>
        </w:rPr>
      </w:pPr>
      <w:r w:rsidRPr="009F4521">
        <w:rPr>
          <w:b/>
          <w:bCs/>
          <w:color w:val="548DD4" w:themeColor="text2" w:themeTint="99"/>
          <w:sz w:val="26"/>
          <w:szCs w:val="26"/>
        </w:rPr>
        <w:t>Signature &amp; Seal:</w:t>
      </w:r>
    </w:p>
    <w:p w14:paraId="328A8B2A" w14:textId="55BCE41F" w:rsidR="00337F55" w:rsidRPr="00767FB2" w:rsidRDefault="0011563E" w:rsidP="009F4521">
      <w:pPr>
        <w:tabs>
          <w:tab w:val="left" w:pos="2220"/>
        </w:tabs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10C27195" wp14:editId="74D7E748">
            <wp:simplePos x="0" y="0"/>
            <wp:positionH relativeFrom="margin">
              <wp:posOffset>4533900</wp:posOffset>
            </wp:positionH>
            <wp:positionV relativeFrom="page">
              <wp:posOffset>7753350</wp:posOffset>
            </wp:positionV>
            <wp:extent cx="914400" cy="914400"/>
            <wp:effectExtent l="0" t="0" r="0" b="0"/>
            <wp:wrapNone/>
            <wp:docPr id="21139597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959754" name="Picture 211395975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7FB2">
        <w:rPr>
          <w:b/>
          <w:bCs/>
        </w:rPr>
        <w:t xml:space="preserve">Signed: </w:t>
      </w:r>
      <w:r w:rsidR="009F4521">
        <w:rPr>
          <w:b/>
          <w:bCs/>
        </w:rPr>
        <w:tab/>
      </w:r>
    </w:p>
    <w:p w14:paraId="08099843" w14:textId="59807D11" w:rsidR="00337F55" w:rsidRPr="00767FB2" w:rsidRDefault="00000000">
      <w:r w:rsidRPr="00767FB2">
        <w:rPr>
          <w:b/>
          <w:bCs/>
        </w:rPr>
        <w:t>Spiritual Name:</w:t>
      </w:r>
      <w:r>
        <w:t xml:space="preserve"> </w:t>
      </w:r>
    </w:p>
    <w:p w14:paraId="7322F92F" w14:textId="3489E432" w:rsidR="00337F55" w:rsidRDefault="00000000">
      <w:pPr>
        <w:rPr>
          <w:b/>
          <w:bCs/>
        </w:rPr>
      </w:pPr>
      <w:r w:rsidRPr="00767FB2">
        <w:rPr>
          <w:b/>
          <w:bCs/>
        </w:rPr>
        <w:t>Date of Proclamation:</w:t>
      </w:r>
      <w:r>
        <w:t xml:space="preserve"> </w:t>
      </w:r>
      <w:r w:rsidR="00197BF6" w:rsidRPr="001403B4">
        <w:rPr>
          <w:b/>
          <w:bCs/>
        </w:rPr>
        <w:t>PRESENT MOMENT</w:t>
      </w:r>
    </w:p>
    <w:p w14:paraId="46F88FD4" w14:textId="7DCD61F1" w:rsidR="00004742" w:rsidRPr="007A4214" w:rsidRDefault="00004742" w:rsidP="007A4214">
      <w:pPr>
        <w:pStyle w:val="Footer"/>
        <w:jc w:val="center"/>
        <w:rPr>
          <w:b/>
          <w:bCs/>
          <w:i/>
          <w:iCs/>
        </w:rPr>
      </w:pPr>
      <w:r w:rsidRPr="0043282A">
        <w:rPr>
          <w:b/>
          <w:bCs/>
          <w:i/>
          <w:iCs/>
        </w:rPr>
        <w:t>“This document is living, breathing, and spiritually protected by Divine Law.”</w:t>
      </w:r>
    </w:p>
    <w:sectPr w:rsidR="00004742" w:rsidRPr="007A4214" w:rsidSect="007A421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8DAF7" w14:textId="77777777" w:rsidR="00C0670C" w:rsidRDefault="00C0670C" w:rsidP="0043282A">
      <w:pPr>
        <w:spacing w:after="0" w:line="240" w:lineRule="auto"/>
      </w:pPr>
      <w:r>
        <w:separator/>
      </w:r>
    </w:p>
  </w:endnote>
  <w:endnote w:type="continuationSeparator" w:id="0">
    <w:p w14:paraId="15215368" w14:textId="77777777" w:rsidR="00C0670C" w:rsidRDefault="00C0670C" w:rsidP="00432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F150B" w14:textId="77777777" w:rsidR="00C0670C" w:rsidRDefault="00C0670C" w:rsidP="0043282A">
      <w:pPr>
        <w:spacing w:after="0" w:line="240" w:lineRule="auto"/>
      </w:pPr>
      <w:r>
        <w:separator/>
      </w:r>
    </w:p>
  </w:footnote>
  <w:footnote w:type="continuationSeparator" w:id="0">
    <w:p w14:paraId="0C68B820" w14:textId="77777777" w:rsidR="00C0670C" w:rsidRDefault="00C0670C" w:rsidP="004328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39965893">
    <w:abstractNumId w:val="8"/>
  </w:num>
  <w:num w:numId="2" w16cid:durableId="579095313">
    <w:abstractNumId w:val="6"/>
  </w:num>
  <w:num w:numId="3" w16cid:durableId="1214124192">
    <w:abstractNumId w:val="5"/>
  </w:num>
  <w:num w:numId="4" w16cid:durableId="543711529">
    <w:abstractNumId w:val="4"/>
  </w:num>
  <w:num w:numId="5" w16cid:durableId="1805735398">
    <w:abstractNumId w:val="7"/>
  </w:num>
  <w:num w:numId="6" w16cid:durableId="1692757180">
    <w:abstractNumId w:val="3"/>
  </w:num>
  <w:num w:numId="7" w16cid:durableId="1678731476">
    <w:abstractNumId w:val="2"/>
  </w:num>
  <w:num w:numId="8" w16cid:durableId="1564412953">
    <w:abstractNumId w:val="1"/>
  </w:num>
  <w:num w:numId="9" w16cid:durableId="461729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4742"/>
    <w:rsid w:val="00034616"/>
    <w:rsid w:val="0006063C"/>
    <w:rsid w:val="00067647"/>
    <w:rsid w:val="000A66C3"/>
    <w:rsid w:val="0011563E"/>
    <w:rsid w:val="001403B4"/>
    <w:rsid w:val="0015074B"/>
    <w:rsid w:val="00197BF6"/>
    <w:rsid w:val="001E0636"/>
    <w:rsid w:val="00243781"/>
    <w:rsid w:val="002604A3"/>
    <w:rsid w:val="002715FE"/>
    <w:rsid w:val="0029639D"/>
    <w:rsid w:val="002B0AED"/>
    <w:rsid w:val="00302B98"/>
    <w:rsid w:val="00314A57"/>
    <w:rsid w:val="00326F90"/>
    <w:rsid w:val="00337F55"/>
    <w:rsid w:val="0043282A"/>
    <w:rsid w:val="004B5B13"/>
    <w:rsid w:val="00536E58"/>
    <w:rsid w:val="00576AFF"/>
    <w:rsid w:val="005F73BE"/>
    <w:rsid w:val="00647DB3"/>
    <w:rsid w:val="00677ABD"/>
    <w:rsid w:val="00681FE0"/>
    <w:rsid w:val="006A6BF4"/>
    <w:rsid w:val="006B49FC"/>
    <w:rsid w:val="006D70EA"/>
    <w:rsid w:val="00763F45"/>
    <w:rsid w:val="00767FB2"/>
    <w:rsid w:val="00781B16"/>
    <w:rsid w:val="007A4214"/>
    <w:rsid w:val="007E32B0"/>
    <w:rsid w:val="007F3878"/>
    <w:rsid w:val="00974CF2"/>
    <w:rsid w:val="009841FD"/>
    <w:rsid w:val="009F4521"/>
    <w:rsid w:val="00A21218"/>
    <w:rsid w:val="00AA1D8D"/>
    <w:rsid w:val="00AA29B4"/>
    <w:rsid w:val="00AA4B5F"/>
    <w:rsid w:val="00B47730"/>
    <w:rsid w:val="00C0670C"/>
    <w:rsid w:val="00C12BCB"/>
    <w:rsid w:val="00CB0664"/>
    <w:rsid w:val="00CC418D"/>
    <w:rsid w:val="00CD3D04"/>
    <w:rsid w:val="00D00ACE"/>
    <w:rsid w:val="00E47051"/>
    <w:rsid w:val="00E55928"/>
    <w:rsid w:val="00EA14C2"/>
    <w:rsid w:val="00ED699E"/>
    <w:rsid w:val="00F4353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E156D9"/>
  <w14:defaultImageDpi w14:val="300"/>
  <w15:docId w15:val="{28FE58FC-8900-422D-8F34-109C8294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Irma Mccoy</cp:lastModifiedBy>
  <cp:revision>6</cp:revision>
  <cp:lastPrinted>2025-06-07T21:42:00Z</cp:lastPrinted>
  <dcterms:created xsi:type="dcterms:W3CDTF">2025-06-07T21:43:00Z</dcterms:created>
  <dcterms:modified xsi:type="dcterms:W3CDTF">2025-06-18T23:03:00Z</dcterms:modified>
  <cp:category/>
</cp:coreProperties>
</file>